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Recruiter Introduction Letter Kit</w:t>
      </w:r>
    </w:p>
    <w:p>
      <w:r>
        <w:t>Introduce your experience with a specific role, a credible achievement, and a clear request.</w:t>
      </w:r>
    </w:p>
    <w:p>
      <w:pPr>
        <w:pStyle w:val="Heading1"/>
      </w:pPr>
      <w:r>
        <w:t>Make the introduction useful</w:t>
      </w:r>
    </w:p>
    <w:p>
      <w:pPr>
        <w:keepNext w:val="0"/>
        <w:keepLines/>
      </w:pPr>
      <w:r>
        <w:t>Choose the version that fits your situation. Replace every bracketed field and remove optional lines you do not need. Verify achievements against your own records. Name a role family and geographic preference. Link a portfolio only when you have permission to share the work. Attach a resume only if the message says it is attached. Review the recipient and send personally when ready.</w:t>
      </w:r>
    </w:p>
    <w:p>
      <w:pPr>
        <w:pStyle w:val="Heading1"/>
      </w:pPr>
      <w:r>
        <w:t>Experienced professional letter</w:t>
      </w:r>
    </w:p>
    <w:p>
      <w:pPr>
        <w:keepNext/>
        <w:keepLines/>
      </w:pPr>
      <w:r>
        <w:t>Subject: [Target role] professional with experience in [specialty]</w:t>
      </w:r>
    </w:p>
    <w:p>
      <w:pPr>
        <w:keepNext/>
        <w:keepLines/>
      </w:pPr>
      <w:r>
        <w:t>Dear [Recruiter name],</w:t>
      </w:r>
    </w:p>
    <w:p>
      <w:pPr>
        <w:keepNext/>
        <w:keepLines/>
      </w:pPr>
      <w:r>
        <w:t>I am exploring [target role] opportunities in [geographic preference or work arrangement]. My experience includes [relevant scope]. In [context], I [specific action], which resulted in [evidence-backed achievement].</w:t>
      </w:r>
    </w:p>
    <w:p>
      <w:pPr>
        <w:keepNext/>
        <w:keepLines/>
      </w:pPr>
      <w:r>
        <w:t>I am interested in teams working on [specific business need]. If you support searches in this area, would you be open to reviewing my background for a relevant opportunity?</w:t>
      </w:r>
    </w:p>
    <w:p>
      <w:pPr>
        <w:keepNext w:val="0"/>
        <w:keepLines/>
      </w:pPr>
      <w:r>
        <w:t>[Optional portfolio link]</w:t>
        <w:br/>
        <w:t>Thank you for your consideration.</w:t>
        <w:br/>
        <w:t>[Name]</w:t>
        <w:br/>
        <w:t>[Email and preferred contact method]</w:t>
      </w:r>
    </w:p>
    <w:p>
      <w:pPr>
        <w:pStyle w:val="Heading1"/>
      </w:pPr>
      <w:r>
        <w:t>Career changer letter</w:t>
      </w:r>
    </w:p>
    <w:p>
      <w:pPr>
        <w:keepNext/>
        <w:keepLines/>
      </w:pPr>
      <w:r>
        <w:t>Subject: Exploring [target role] with transferable [capability] experience</w:t>
      </w:r>
    </w:p>
    <w:p>
      <w:pPr>
        <w:keepNext/>
        <w:keepLines/>
      </w:pPr>
      <w:r>
        <w:t>Dear [Recruiter name],</w:t>
      </w:r>
    </w:p>
    <w:p>
      <w:pPr>
        <w:keepNext/>
        <w:keepLines/>
      </w:pPr>
      <w:r>
        <w:t>I am moving from [current field] toward [target role], with a preference for [geography or work arrangement]. My relevant experience includes [transferable work], supported by [specific achievement or work sample].</w:t>
      </w:r>
    </w:p>
    <w:p>
      <w:pPr>
        <w:keepNext/>
        <w:keepLines/>
      </w:pPr>
      <w:r>
        <w:t>I am developing [honest skill gap] through [actual activity]. I would appreciate your perspective on searches where my confirmed experience could be useful.</w:t>
      </w:r>
    </w:p>
    <w:p>
      <w:pPr>
        <w:keepNext w:val="0"/>
        <w:keepLines/>
      </w:pPr>
      <w:r>
        <w:t>[Optional portfolio link]</w:t>
        <w:br/>
        <w:t>Thank you,</w:t>
        <w:br/>
        <w:t>[Name]</w:t>
        <w:br/>
        <w:t>[Contact information]</w:t>
      </w:r>
    </w:p>
    <w:p>
      <w:pPr>
        <w:pStyle w:val="Heading1"/>
      </w:pPr>
      <w:r>
        <w:t>Returning to work letter</w:t>
      </w:r>
    </w:p>
    <w:p>
      <w:pPr>
        <w:keepNext/>
        <w:keepLines/>
      </w:pPr>
      <w:r>
        <w:t>Subject: Returning to [target role or field] in [geography]</w:t>
      </w:r>
    </w:p>
    <w:p>
      <w:pPr>
        <w:keepNext/>
        <w:keepLines/>
      </w:pPr>
      <w:r>
        <w:t>Dear [Recruiter name],</w:t>
      </w:r>
    </w:p>
    <w:p>
      <w:pPr>
        <w:keepNext/>
        <w:keepLines/>
      </w:pPr>
      <w:r>
        <w:t>I am preparing to return to [target role or field] after time away from paid work. My previous experience includes [scope] and [evidence-backed achievement]. More recently, I have [actual relevant preparation, if any].</w:t>
      </w:r>
    </w:p>
    <w:p>
      <w:pPr>
        <w:keepNext/>
        <w:keepLines/>
      </w:pPr>
      <w:r>
        <w:t>I am seeking [geographic preference or work arrangement]. Would you be willing to consider my background for a suitable search? I can provide further context and work examples.</w:t>
      </w:r>
    </w:p>
    <w:p>
      <w:pPr>
        <w:keepNext w:val="0"/>
        <w:keepLines/>
      </w:pPr>
      <w:r>
        <w:t>[Optional portfolio link]</w:t>
        <w:br/>
        <w:t>Thank you,</w:t>
        <w:br/>
        <w:t>[Name]</w:t>
        <w:br/>
        <w:t>[Contact information]</w:t>
      </w:r>
    </w:p>
    <w:p>
      <w:pPr>
        <w:pStyle w:val="Heading1"/>
      </w:pPr>
      <w:r>
        <w:t>Short email versions</w:t>
      </w:r>
    </w:p>
    <w:p>
      <w:pPr>
        <w:keepNext/>
        <w:keepLines/>
      </w:pPr>
      <w:r>
        <w:t>Experienced: I am exploring [role] in [location]. I recently [verified achievement] through [action]. If you recruit for [field], may I share my background? [Name and contact]</w:t>
      </w:r>
    </w:p>
    <w:p>
      <w:pPr>
        <w:keepNext/>
        <w:keepLines/>
      </w:pPr>
      <w:r>
        <w:t>Career changer: I am transitioning from [field] to [role]. My work on [example] demonstrates [transferable capability]. Do any of your searches use this experience? [Name, location, optional portfolio, contact]</w:t>
      </w:r>
    </w:p>
    <w:p>
      <w:pPr>
        <w:keepNext w:val="0"/>
        <w:keepLines/>
      </w:pPr>
      <w:r>
        <w:t>Returning: I am returning to [field] and seeking [role] in [location]. My prior work includes [verified achievement]. May I send my background for a relevant search? [Name and contact]</w:t>
      </w:r>
    </w:p>
    <w:p>
      <w:pPr>
        <w:pStyle w:val="Heading1"/>
      </w:pPr>
      <w:r>
        <w:t>Subject options and follow up</w:t>
      </w:r>
    </w:p>
    <w:p>
      <w:pPr>
        <w:keepNext/>
        <w:keepLines/>
      </w:pPr>
      <w:r>
        <w:t>Subject options: Introduction for [role] searches; [Specialty] experience for [business need]; Interest in [role family] in [location].</w:t>
      </w:r>
    </w:p>
    <w:p>
      <w:pPr>
        <w:keepNext/>
        <w:keepLines/>
      </w:pPr>
      <w:r>
        <w:t>Follow-up subject: Following up on my [role] introduction</w:t>
      </w:r>
    </w:p>
    <w:p>
      <w:pPr>
        <w:keepNext/>
        <w:keepLines/>
      </w:pPr>
      <w:r>
        <w:t>Hello [Name], I am following up on the introduction I sent on [date]. I remain interested in [role family]. If your current searches are elsewhere, I understand. Thank you for considering my background. [Name and contact]</w:t>
      </w:r>
    </w:p>
    <w:p>
      <w:pPr>
        <w:keepNext w:val="0"/>
        <w:keepLines/>
      </w:pPr>
      <w:r>
        <w:t>Send one considerate follow-up after a reasonable interval. Respect a decline or request to stop.</w:t>
      </w:r>
    </w:p>
    <w:p>
      <w:pPr>
        <w:pStyle w:val="Heading1"/>
      </w:pPr>
      <w:r>
        <w:t>Fictional worked example</w:t>
      </w:r>
    </w:p>
    <w:p>
      <w:pPr>
        <w:keepNext/>
        <w:keepLines/>
      </w:pPr>
      <w:r>
        <w:t>Subject: Operations manager with onboarding improvement experience</w:t>
      </w:r>
    </w:p>
    <w:p>
      <w:pPr>
        <w:keepNext/>
        <w:keepLines/>
      </w:pPr>
      <w:r>
        <w:t>Dear Jordan,</w:t>
        <w:br/>
        <w:t>I am exploring operations manager roles in the Philadelphia area. At fictional Northline Services, I coordinated an onboarding redesign with three department leads. Our internal checklist records showed that missed handoffs fell from 12 to 5 across two comparable monthly cohorts.</w:t>
      </w:r>
    </w:p>
    <w:p>
      <w:pPr>
        <w:keepNext/>
        <w:keepLines/>
      </w:pPr>
      <w:r>
        <w:t>If you support operations searches involving service delivery, would you be open to reviewing my background?</w:t>
        <w:br/>
        <w:t>Thank you, Alex Rivera</w:t>
        <w:br/>
        <w:t>[Contact details]</w:t>
      </w:r>
    </w:p>
    <w:p>
      <w:pPr>
        <w:keepNext w:val="0"/>
        <w:keepLines/>
      </w:pPr>
      <w:r>
        <w:t>This example is fictional. Use your own evidence and disclose important measurement limits.</w:t>
      </w:r>
    </w:p>
    <w:p>
      <w:r>
        <w:t>Use the resource: https://mytopmatch.com/free-career-tools/recruiter-introduction-letter</w:t>
      </w:r>
    </w:p>
    <w:p>
      <w:r>
        <w:t>Additional guidance: https://ivyleaguecoaching.com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MyTopMatch | Version 1.0.0 | ivyleaguecoaching.com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MYTOPMATCH  |  FREE CAREER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