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90 Day Promotion Plan</w:t>
      </w:r>
    </w:p>
    <w:p>
      <w:r>
        <w:t>Build evidence for broader scope and prepare a clear manager conversation.</w:t>
      </w:r>
    </w:p>
    <w:p>
      <w:pPr>
        <w:pStyle w:val="Heading1"/>
      </w:pPr>
      <w:r>
        <w:t>Define the case</w:t>
      </w:r>
    </w:p>
    <w:p>
      <w:pPr>
        <w:keepNext/>
        <w:keepLines/>
      </w:pPr>
      <w:r>
        <w:t>Target scope: [responsibilities, not only title]</w:t>
        <w:br/>
        <w:t>Business need: [problem the organization recognizes]</w:t>
        <w:br/>
        <w:t>Evidence needed: [observable contribution]</w:t>
        <w:br/>
        <w:t>Stakeholders: [people affected]</w:t>
        <w:br/>
        <w:t>Development action: [skill or experience gap]</w:t>
        <w:br/>
        <w:t>Manager alignment: [criteria and review date]</w:t>
      </w:r>
    </w:p>
    <w:p>
      <w:pPr>
        <w:keepNext w:val="0"/>
        <w:keepLines/>
      </w:pPr>
      <w:r>
        <w:t>Discuss organizational needs and criteria before assuming a promotion is available. Completion of this plan does not guarantee a promotion.</w:t>
      </w:r>
    </w:p>
    <w:p>
      <w:pPr>
        <w:pStyle w:val="Heading1"/>
      </w:pPr>
      <w:r>
        <w:t>Weekly action worksheet</w:t>
      </w:r>
    </w:p>
    <w:p>
      <w:pPr>
        <w:keepNext/>
        <w:keepLines/>
      </w:pPr>
      <w:r>
        <w:t>Week 1: clarify target scope with your manager.</w:t>
        <w:br/>
        <w:t>Week 2: document current responsibilities and evidence.</w:t>
        <w:br/>
        <w:t>Week 3: identify a business need and agree on a bounded contribution.</w:t>
        <w:br/>
        <w:t>Week 4: checkpoint on criteria, priorities and capacity.</w:t>
        <w:br/>
        <w:t>Week 5: carry out the agreed action.</w:t>
        <w:br/>
        <w:t>Week 6: collect factual feedback from relevant stakeholders.</w:t>
        <w:br/>
        <w:t>Week 7: address a development gap.</w:t>
        <w:br/>
        <w:t>Week 8: checkpoint on evidence and scope.</w:t>
        <w:br/>
        <w:t>Week 9: document outcomes and measurement limits.</w:t>
        <w:br/>
        <w:t>Week 10: test whether the contribution is repeatable.</w:t>
        <w:br/>
        <w:t>Week 11: draft the promotion case.</w:t>
        <w:br/>
        <w:t>Week 12: review with your manager and agree on next steps.</w:t>
        <w:br/>
        <w:t>Week 13: record the decision, open criteria and next review date.</w:t>
      </w:r>
    </w:p>
    <w:p>
      <w:pPr>
        <w:keepNext w:val="0"/>
        <w:keepLines/>
      </w:pPr>
      <w:r>
        <w:t>For each week add: action [ ]; owner [ ]; due date [ ]; evidence [ ]; adjustment [ ].</w:t>
      </w:r>
    </w:p>
    <w:p>
      <w:pPr>
        <w:pStyle w:val="Heading1"/>
      </w:pPr>
      <w:r>
        <w:t>Manager conversation prompts</w:t>
      </w:r>
    </w:p>
    <w:p>
      <w:pPr>
        <w:keepNext w:val="0"/>
        <w:keepLines/>
      </w:pPr>
      <w:r>
        <w:t>What broader responsibility would help the team? Which evidence would demonstrate that I can handle it? What constraints or approval steps should I understand? Which current work should be deprioritized? When should we review progress? What should happen if the role or budget is unavailable?</w:t>
      </w:r>
    </w:p>
    <w:p>
      <w:pPr>
        <w:pStyle w:val="Heading1"/>
      </w:pPr>
      <w:r>
        <w:t>One page promotion case</w:t>
      </w:r>
    </w:p>
    <w:p>
      <w:pPr>
        <w:keepNext/>
        <w:keepLines/>
      </w:pPr>
      <w:r>
        <w:t>Requested scope: [ ]</w:t>
        <w:br/>
        <w:t>Business need and timing: [ ]</w:t>
        <w:br/>
        <w:t>Contribution one with evidence: [ ]</w:t>
        <w:br/>
        <w:t>Contribution two with evidence: [ ]</w:t>
        <w:br/>
        <w:t>Stakeholder feedback and permission to quote: [ ]</w:t>
        <w:br/>
        <w:t>Remaining development need: [ ]</w:t>
        <w:br/>
        <w:t>Resources or support needed: [ ]</w:t>
        <w:br/>
        <w:t>Requested decision and review date: [ ]</w:t>
      </w:r>
    </w:p>
    <w:p>
      <w:pPr>
        <w:keepNext w:val="0"/>
        <w:keepLines/>
      </w:pPr>
      <w:r>
        <w:t>Keep this summary to one page. Attach supporting work separately where sharing is permitted.</w:t>
      </w:r>
    </w:p>
    <w:p>
      <w:pPr>
        <w:pStyle w:val="Heading1"/>
      </w:pPr>
      <w:r>
        <w:t>Fictional example</w:t>
      </w:r>
    </w:p>
    <w:p>
      <w:pPr>
        <w:keepNext w:val="0"/>
        <w:keepLines/>
      </w:pPr>
      <w:r>
        <w:t>Alex, an operations coordinator at fictional Cedar Works, wants to own cross-team handoff reviews. The business need is clearer responsibility during facility projects. The manager agrees to a bounded pilot with a dependency register. Alex records unresolved tasks and stakeholder feedback, then reviews the pilot after four weeks. The evidence supports a conversation about scope; the organization has not promised a title or pay change.</w:t>
      </w:r>
    </w:p>
    <w:p>
      <w:r>
        <w:t>Use the resource: https://mytopmatch.com/free-career-tools/promotion-plan</w:t>
      </w:r>
    </w:p>
    <w:p>
      <w:r>
        <w:t>Additional guidance: https://ivyleaguecoaching.com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MyTopMatch | Version 1.0.0 | ivyleaguecoaching.com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MYTOPMATCH  |  FREE CAREER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